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936"/>
      </w:tblGrid>
      <w:tr>
        <w:tc>
          <w:tcPr>
            <w:tcW w:type="dxa" w:w="9936"/>
            <w:shd w:fill="1857A4"/>
            <w:tcMar>
              <w:top w:w="160" w:type="dxa"/>
              <w:bottom w:w="160" w:type="dxa"/>
              <w:left w:w="240" w:type="dxa"/>
              <w:right w:w="240" w:type="dxa"/>
            </w:tcMar>
          </w:tcPr>
          <w:p>
            <w:pPr>
              <w:jc w:val="center"/>
            </w:pPr>
            <w:r>
              <w:rPr>
                <w:b/>
                <w:color w:val="FFFFFF"/>
                <w:sz w:val="26"/>
              </w:rPr>
              <w:t>SMP AL-WILDAN 4 ISLAMIC SCHOOL JAKARTA</w:t>
              <w:br/>
            </w:r>
            <w:r>
              <w:rPr>
                <w:b/>
                <w:color w:val="FFD700"/>
                <w:sz w:val="30"/>
              </w:rPr>
              <w:t>TEMPLATE RESMI PENYUSUNAN SOAL UJIAN &amp; TRY OUT TKA (CBT)</w:t>
              <w:br/>
            </w:r>
            <w:r>
              <w:rPr>
                <w:color w:val="E0F2FE"/>
                <w:sz w:val="19"/>
              </w:rPr>
              <w:t>Mendukung Wacana Naratif Panjang, Soal Bergambar (Gambar Otomatis Terdeteksi), &amp; Soal Suara (Audio Listening)</w:t>
            </w:r>
          </w:p>
        </w:tc>
      </w:tr>
    </w:tbl>
    <w:p/>
    <w:tbl>
      <w:tblPr>
        <w:tblW w:type="auto" w:w="0"/>
        <w:jc w:val="center"/>
        <w:tblLook w:firstColumn="1" w:firstRow="1" w:lastColumn="0" w:lastRow="0" w:noHBand="0" w:noVBand="1" w:val="04A0"/>
      </w:tblPr>
      <w:tblGrid>
        <w:gridCol w:w="9936"/>
      </w:tblGrid>
      <w:tr>
        <w:tc>
          <w:tcPr>
            <w:tcW w:type="dxa" w:w="9936"/>
            <w:shd w:fill="F0F9FF"/>
            <w:tcMar>
              <w:top w:w="140" w:type="dxa"/>
              <w:bottom w:w="140" w:type="dxa"/>
              <w:left w:w="200" w:type="dxa"/>
              <w:right w:w="200" w:type="dxa"/>
            </w:tcMar>
          </w:tcPr>
          <w:p>
            <w:r>
              <w:rPr>
                <w:b/>
                <w:color w:val="0369A1"/>
                <w:sz w:val="22"/>
              </w:rPr>
              <w:t>📌 PANDUAN PENGISIAN UNTUK GURU:</w:t>
              <w:br/>
            </w:r>
          </w:p>
          <w:p>
            <w:pPr>
              <w:spacing w:before="40" w:after="40"/>
            </w:pPr>
            <w:r>
              <w:rPr>
                <w:color w:val="0F172A"/>
                <w:sz w:val="19"/>
              </w:rPr>
              <w:t>1. Setiap soal diawali dengan tanda [SOAL] dan diakhiri dengan tanda [/SOAL].</w:t>
            </w:r>
          </w:p>
          <w:p>
            <w:pPr>
              <w:spacing w:before="40" w:after="40"/>
            </w:pPr>
            <w:r>
              <w:rPr>
                <w:color w:val="0F172A"/>
                <w:sz w:val="19"/>
              </w:rPr>
              <w:t>2. Wacana / Stimulus Naratif: Tuliskan teks bacaan, narasi, studi kasus, atau data di bagian Stimulus:.</w:t>
            </w:r>
          </w:p>
          <w:p>
            <w:pPr>
              <w:spacing w:before="40" w:after="40"/>
            </w:pPr>
            <w:r>
              <w:rPr>
                <w:color w:val="0F172A"/>
                <w:sz w:val="19"/>
              </w:rPr>
              <w:t>3. Gambar Soal: Anda bisa LANGSUNG COPY-PASTE atau INSERT GAMBAR ke dalam dokumen Word ini di bagian [GAMBAR], sistem akan otomatis mengekstrak gambar tersebut! (Bisa juga memakai link: [GAMBAR: https://...]).</w:t>
            </w:r>
          </w:p>
          <w:p>
            <w:pPr>
              <w:spacing w:before="40" w:after="40"/>
            </w:pPr>
            <w:r>
              <w:rPr>
                <w:color w:val="0F172A"/>
                <w:sz w:val="19"/>
              </w:rPr>
              <w:t>4. Audio / Suara: Untuk soal listening/bahasa/tilawah, cukup tulis link audio pada baris [AUDIO: https://.../suara.mp3]. Siswa akan melihat tombol pemutar audio di layarnya.</w:t>
            </w:r>
          </w:p>
          <w:p>
            <w:pPr>
              <w:spacing w:before="40" w:after="40"/>
            </w:pPr>
            <w:r>
              <w:rPr>
                <w:color w:val="0F172A"/>
                <w:sz w:val="19"/>
              </w:rPr>
              <w:t>5. Pilihan Jawaban: Tulis A., B., C., D. (dan E. untuk SMA / standar 5 opsi).</w:t>
            </w:r>
          </w:p>
          <w:p>
            <w:pPr>
              <w:spacing w:before="40" w:after="40"/>
            </w:pPr>
            <w:r>
              <w:rPr>
                <w:color w:val="0F172A"/>
                <w:sz w:val="19"/>
              </w:rPr>
              <w:t>6. Kunci Jawaban (Pilihan Ganda Biasa): Tulis 1 huruf kapital, misal: Kunci: B.</w:t>
            </w:r>
          </w:p>
          <w:p>
            <w:pPr>
              <w:spacing w:before="40" w:after="40"/>
            </w:pPr>
            <w:r>
              <w:rPr>
                <w:color w:val="0F172A"/>
                <w:sz w:val="19"/>
              </w:rPr>
              <w:t>7. Kunci Jawaban (Pilihan Ganda Kompleks): Jika jawaban benar lebih dari satu (multi-select ala ANBK), cukup tuliskan huruf-huruf kunci dipisahkan koma, misal: Kunci: A, B, D. Di layar siswa, opsi otomatis tampil sebagai kotak centang (checkbox) dan siswa dapat memilih lebih dari satu jawaban.</w:t>
            </w:r>
          </w:p>
          <w:p>
            <w:pPr>
              <w:spacing w:before="40" w:after="40"/>
            </w:pPr>
            <w:r>
              <w:rPr>
                <w:color w:val="0F172A"/>
                <w:sz w:val="19"/>
              </w:rPr>
              <w:t>8. Pembahasan: Tuliskan penjelasan langkah solusi ilmiah di Pembahasan:.</w:t>
            </w:r>
          </w:p>
          <w:p>
            <w:pPr>
              <w:spacing w:before="40" w:after="40"/>
            </w:pPr>
            <w:r>
              <w:rPr>
                <w:color w:val="0F172A"/>
                <w:sz w:val="19"/>
              </w:rPr>
              <w:t>9. Simpan file Word ini, lalu upload di menu: Bank Soal &amp; Impor -&gt; Impor File Word (.docx) TKA di web AFL.</w:t>
            </w:r>
          </w:p>
        </w:tc>
      </w:tr>
    </w:tbl>
    <w:p/>
    <w:p>
      <w:pPr>
        <w:pStyle w:val="Heading2"/>
      </w:pPr>
      <w:r>
        <w:rPr>
          <w:color w:val="1857A4"/>
          <w:sz w:val="24"/>
        </w:rPr>
        <w:t>CONTOH 1: SOAL LITERASI MEMBACA NARATIF PANJANG &amp; GAMBAR</w:t>
      </w:r>
    </w:p>
    <w:p>
      <w:pPr>
        <w:spacing w:before="20" w:after="40" w:line="276" w:lineRule="auto"/>
      </w:pPr>
      <w:r>
        <w:rPr>
          <w:b/>
          <w:color w:val="1857A4"/>
        </w:rPr>
        <w:t>[SOAL]</w:t>
      </w:r>
    </w:p>
    <w:p>
      <w:pPr>
        <w:spacing w:before="20" w:after="40" w:line="276" w:lineRule="auto"/>
      </w:pPr>
      <w:r>
        <w:t>Mata Pelajaran: Literasi Bahasa Indonesia</w:t>
      </w:r>
    </w:p>
    <w:p>
      <w:pPr>
        <w:spacing w:before="20" w:after="40" w:line="276" w:lineRule="auto"/>
      </w:pPr>
      <w:r>
        <w:t>Kelas: 9</w:t>
      </w:r>
    </w:p>
    <w:p>
      <w:pPr>
        <w:spacing w:before="20" w:after="40" w:line="276" w:lineRule="auto"/>
      </w:pPr>
      <w:r>
        <w:t>Topik: Wacana Naratif &amp; Konservasi Air</w:t>
      </w:r>
    </w:p>
    <w:p>
      <w:pPr>
        <w:spacing w:before="20" w:after="40" w:line="276" w:lineRule="auto"/>
      </w:pPr>
      <w:r>
        <w:t>Tingkat Kesulitan: Sedang</w:t>
      </w:r>
    </w:p>
    <w:p>
      <w:pPr>
        <w:spacing w:before="20" w:after="40" w:line="276" w:lineRule="auto"/>
      </w:pPr>
      <w:r>
        <w:rPr>
          <w:b/>
          <w:color w:val="0369A1"/>
        </w:rPr>
        <w:t>Stimulus / Wacana:</w:t>
      </w:r>
    </w:p>
    <w:p>
      <w:pPr>
        <w:spacing w:before="20" w:after="40" w:line="276" w:lineRule="auto"/>
      </w:pPr>
      <w:r>
        <w:t>Di sebuah daerah perbukitan yang kerap dilanda kekeringan saat musim kemarau, sekelompok siswa madrasah bersama warga desa mengembangkan teknologi pertanian presisi yang dipadukan dengan kearifan lokal. Mereka memanfaatkan kendi gerabah tanah liat berpori yang ditanam di sekitar perakaran tanaman cabai dan tomat, kemudian dihubungkan dengan pipa sensor kelembaban mikrokontroler bertenaga surya.</w:t>
      </w:r>
    </w:p>
    <w:p>
      <w:pPr>
        <w:spacing w:before="20" w:after="40" w:line="276" w:lineRule="auto"/>
      </w:pPr>
      <w:r>
        <w:t>Prinsip kerja sistem ini memanfaatkan daya kapilaritas dan sifat porositas dinding tanah liat. Ketika kadar air tanah menurun di bawah ambang batas 60%, sensor kelembaban memicu katup solenoid untuk mengalirkan air cadangan dari embung penampungan ke dalam kendi. Air kemudian merembes perlahan melalui pori-pori dinding kendi secara merata langsung ke zona perakaran aktif, sehingga tidak ada air yang terbuang akibat penguapan permukaan.</w:t>
      </w:r>
    </w:p>
    <w:p>
      <w:pPr>
        <w:spacing w:before="20" w:after="40" w:line="276" w:lineRule="auto"/>
      </w:pPr>
      <w:r>
        <w:t>Setelah tiga bulan uji coba, hasil panen menunjukkan peningkatan efisiensi penggunaan air sebesar 42% dibandingkan metode penyiraman konvensional, serta tanaman tetap berproduksi optimal meski berada di puncak musim kemarau panjang.</w:t>
      </w:r>
    </w:p>
    <w:p>
      <w:pPr>
        <w:spacing w:before="20" w:after="40" w:line="276" w:lineRule="auto"/>
      </w:pPr>
      <w:r>
        <w:t>[GAMBAR]</w:t>
      </w:r>
    </w:p>
    <w:p>
      <w:pPr>
        <w:jc w:val="center"/>
      </w:pPr>
      <w:r>
        <w:drawing>
          <wp:inline xmlns:a="http://schemas.openxmlformats.org/drawingml/2006/main" xmlns:pic="http://schemas.openxmlformats.org/drawingml/2006/picture">
            <wp:extent cx="5303520" cy="2424466"/>
            <wp:docPr id="1" name="Picture 1"/>
            <wp:cNvGraphicFramePr>
              <a:graphicFrameLocks noChangeAspect="1"/>
            </wp:cNvGraphicFramePr>
            <a:graphic>
              <a:graphicData uri="http://schemas.openxmlformats.org/drawingml/2006/picture">
                <pic:pic>
                  <pic:nvPicPr>
                    <pic:cNvPr id="0" name="sample_diagram_tka.png"/>
                    <pic:cNvPicPr/>
                  </pic:nvPicPr>
                  <pic:blipFill>
                    <a:blip r:embed="rId9"/>
                    <a:stretch>
                      <a:fillRect/>
                    </a:stretch>
                  </pic:blipFill>
                  <pic:spPr>
                    <a:xfrm>
                      <a:off x="0" y="0"/>
                      <a:ext cx="5303520" cy="2424466"/>
                    </a:xfrm>
                    <a:prstGeom prst="rect"/>
                  </pic:spPr>
                </pic:pic>
              </a:graphicData>
            </a:graphic>
          </wp:inline>
        </w:drawing>
      </w:r>
    </w:p>
    <w:p>
      <w:pPr>
        <w:spacing w:before="20" w:after="40" w:line="276" w:lineRule="auto"/>
      </w:pPr>
      <w:r>
        <w:rPr>
          <w:b/>
          <w:color w:val="0369A1"/>
        </w:rPr>
        <w:t>Pertanyaan:</w:t>
      </w:r>
    </w:p>
    <w:p>
      <w:pPr>
        <w:spacing w:before="20" w:after="40" w:line="276" w:lineRule="auto"/>
      </w:pPr>
      <w:r>
        <w:t>Berdasarkan wacana dan diagram alir di atas, faktor utama yang menyebabkan sistem irigasi kendi tanah liat berpori mampu menghemat penggunaan air secara signifikan adalah...</w:t>
      </w:r>
    </w:p>
    <w:p>
      <w:pPr>
        <w:spacing w:before="20" w:after="40" w:line="276" w:lineRule="auto"/>
      </w:pPr>
      <w:r>
        <w:rPr>
          <w:b/>
        </w:rPr>
        <w:t>A. Katup solenoid selalu terbuka sepanjang hari untuk menjaga volume kendi terisi penuh.</w:t>
      </w:r>
    </w:p>
    <w:p>
      <w:pPr>
        <w:spacing w:before="20" w:after="40" w:line="276" w:lineRule="auto"/>
      </w:pPr>
      <w:r>
        <w:rPr>
          <w:b/>
        </w:rPr>
        <w:t>B. Perembesan air terjadi perlahan langsung menuju zona perakaran aktif sehingga meminimalkan penguapan di permukaan tanah.</w:t>
      </w:r>
    </w:p>
    <w:p>
      <w:pPr>
        <w:spacing w:before="20" w:after="40" w:line="276" w:lineRule="auto"/>
      </w:pPr>
      <w:r>
        <w:rPr>
          <w:b/>
        </w:rPr>
        <w:t>C. Pemakaian air hanya bergantung pada curah hujan tanpa perlu suplai tambahan dari embung.</w:t>
      </w:r>
    </w:p>
    <w:p>
      <w:pPr>
        <w:spacing w:before="20" w:after="40" w:line="276" w:lineRule="auto"/>
      </w:pPr>
      <w:r>
        <w:rPr>
          <w:b/>
        </w:rPr>
        <w:t>D. Suhu tanah dinaikkan oleh mikrokontroler agar laju penyerapan akar meningkat drastis.</w:t>
      </w:r>
    </w:p>
    <w:p>
      <w:pPr>
        <w:spacing w:before="20" w:after="40" w:line="276" w:lineRule="auto"/>
      </w:pPr>
      <w:r>
        <w:rPr>
          <w:b/>
        </w:rPr>
        <w:t>E. Bahan tanah liat mampu mengubah air limbah secara kimiawi menjadi larutan pupuk siap serap.</w:t>
      </w:r>
    </w:p>
    <w:p>
      <w:pPr>
        <w:spacing w:before="20" w:after="40" w:line="276" w:lineRule="auto"/>
      </w:pPr>
      <w:r>
        <w:rPr>
          <w:b/>
          <w:color w:val="0369A1"/>
        </w:rPr>
        <w:t>Kunci: B</w:t>
      </w:r>
    </w:p>
    <w:p>
      <w:pPr>
        <w:spacing w:before="20" w:after="40" w:line="276" w:lineRule="auto"/>
      </w:pPr>
      <w:r>
        <w:rPr>
          <w:b/>
          <w:color w:val="0369A1"/>
        </w:rPr>
        <w:t>Pembahasan:</w:t>
      </w:r>
    </w:p>
    <w:p>
      <w:pPr>
        <w:spacing w:before="20" w:after="40" w:line="276" w:lineRule="auto"/>
      </w:pPr>
      <w:r>
        <w:t>Berdasarkan paragraf kedua wacana, air merembes secara perlahan melalui dinding berpori tanah liat langsung menyasar perakaran tanaman, sehingga mencegah pemborosan air dari evaporasi (penguapan permukaan tanah). Oleh karena itu, jawaban yang benar adalah pilihan B.</w:t>
      </w:r>
    </w:p>
    <w:p>
      <w:pPr>
        <w:spacing w:before="20" w:after="40" w:line="276" w:lineRule="auto"/>
      </w:pPr>
      <w:r>
        <w:rPr>
          <w:b/>
          <w:color w:val="1857A4"/>
        </w:rPr>
        <w:t>[/SOAL]</w:t>
      </w:r>
    </w:p>
    <w:p/>
    <w:p>
      <w:pPr>
        <w:pStyle w:val="Heading2"/>
      </w:pPr>
      <w:r>
        <w:rPr>
          <w:color w:val="1857A4"/>
          <w:sz w:val="24"/>
        </w:rPr>
        <w:t>CONTOH 2: SOAL NUMERASI / MATEMATIKA HOTS DENGAN TABEL DATA &amp; 5 OPSI (A-E)</w:t>
      </w:r>
    </w:p>
    <w:p>
      <w:pPr>
        <w:spacing w:before="20" w:after="40" w:line="276" w:lineRule="auto"/>
      </w:pPr>
      <w:r>
        <w:rPr>
          <w:b/>
          <w:color w:val="1857A4"/>
        </w:rPr>
        <w:t>[SOAL]</w:t>
      </w:r>
    </w:p>
    <w:p>
      <w:pPr>
        <w:spacing w:before="20" w:after="40" w:line="276" w:lineRule="auto"/>
      </w:pPr>
      <w:r>
        <w:t>Mata Pelajaran: Matematika &amp; Numerasi</w:t>
      </w:r>
    </w:p>
    <w:p>
      <w:pPr>
        <w:spacing w:before="20" w:after="40" w:line="276" w:lineRule="auto"/>
      </w:pPr>
      <w:r>
        <w:t>Kelas: 9</w:t>
      </w:r>
    </w:p>
    <w:p>
      <w:pPr>
        <w:spacing w:before="20" w:after="40" w:line="276" w:lineRule="auto"/>
      </w:pPr>
      <w:r>
        <w:t>Topik: Aritmatika Sosial &amp; Efisiensi Energi</w:t>
      </w:r>
    </w:p>
    <w:p>
      <w:pPr>
        <w:spacing w:before="20" w:after="40" w:line="276" w:lineRule="auto"/>
      </w:pPr>
      <w:r>
        <w:t>Tingkat Kesulitan: Sulit</w:t>
      </w:r>
    </w:p>
    <w:p>
      <w:pPr>
        <w:spacing w:before="20" w:after="40" w:line="276" w:lineRule="auto"/>
      </w:pPr>
      <w:r>
        <w:rPr>
          <w:b/>
          <w:color w:val="0369A1"/>
        </w:rPr>
        <w:t>Stimulus / Wacana:</w:t>
      </w:r>
    </w:p>
    <w:p>
      <w:pPr>
        <w:spacing w:before="20" w:after="40" w:line="276" w:lineRule="auto"/>
      </w:pPr>
      <w:r>
        <w:t>Sekolah Al-Wildan 4 merencanakan pemasangan panel surya fotovoltaik (Solar PV) untuk menunjang operasional laboratorium komputer dan pendingin ruangan kelas. Tim teknis mencatat profil konsumsi dan potensi produksi listrik bulanan sebagai berikut:</w:t>
      </w:r>
    </w:p>
    <w:p>
      <w:pPr>
        <w:spacing w:before="20" w:after="40" w:line="276" w:lineRule="auto"/>
      </w:pPr>
      <w:r>
        <w:t>- Tarif dasar listrik PLN: Rp 1.500 per kWh.</w:t>
      </w:r>
    </w:p>
    <w:p>
      <w:pPr>
        <w:spacing w:before="20" w:after="40" w:line="276" w:lineRule="auto"/>
      </w:pPr>
      <w:r>
        <w:t>- Rata-rata pemakaian listrik sekolah: 4.000 kWh per bulan.</w:t>
      </w:r>
    </w:p>
    <w:p>
      <w:pPr>
        <w:spacing w:before="20" w:after="40" w:line="276" w:lineRule="auto"/>
      </w:pPr>
      <w:r>
        <w:t>- Paket Panel Surya Tipe A (Kapasitas 10 kWp): Menghasilkan rata-rata 1.200 kWh per bulan dengan biaya instalasi Rp 60.000.000.</w:t>
      </w:r>
    </w:p>
    <w:p>
      <w:pPr>
        <w:spacing w:before="20" w:after="40" w:line="276" w:lineRule="auto"/>
      </w:pPr>
      <w:r>
        <w:t>- Paket Panel Surya Tipe B (Kapasitas 15 kWp): Menghasilkan rata-rata 1.800 kWh per bulan dengan biaya instalasi Rp 85.000.000.</w:t>
      </w:r>
    </w:p>
    <w:p>
      <w:pPr>
        <w:spacing w:before="20" w:after="40" w:line="276" w:lineRule="auto"/>
      </w:pPr>
      <w:r>
        <w:rPr>
          <w:b/>
          <w:color w:val="0369A1"/>
        </w:rPr>
        <w:t>Pertanyaan:</w:t>
      </w:r>
    </w:p>
    <w:p>
      <w:pPr>
        <w:spacing w:before="20" w:after="40" w:line="276" w:lineRule="auto"/>
      </w:pPr>
      <w:r>
        <w:t>Jika sekolah memilih Paket Panel Surya Tipe B, penghematan biaya listrik bulanan sekolah dan perkiraan periode pengembalian modal (Break Even Point / Payback Period) yang paling mendekati adalah...</w:t>
      </w:r>
    </w:p>
    <w:p>
      <w:pPr>
        <w:spacing w:before="20" w:after="40" w:line="276" w:lineRule="auto"/>
      </w:pPr>
      <w:r>
        <w:rPr>
          <w:b/>
        </w:rPr>
        <w:t>A. Penghematan Rp 1.800.000/bulan dan BEP sekitar 4,2 tahun.</w:t>
      </w:r>
    </w:p>
    <w:p>
      <w:pPr>
        <w:spacing w:before="20" w:after="40" w:line="276" w:lineRule="auto"/>
      </w:pPr>
      <w:r>
        <w:rPr>
          <w:b/>
        </w:rPr>
        <w:t>B. Penghematan Rp 2.700.000/bulan dan BEP sekitar 2,6 tahun.</w:t>
      </w:r>
    </w:p>
    <w:p>
      <w:pPr>
        <w:spacing w:before="20" w:after="40" w:line="276" w:lineRule="auto"/>
      </w:pPr>
      <w:r>
        <w:rPr>
          <w:b/>
        </w:rPr>
        <w:t>C. Penghematan Rp 2.700.000/bulan dan BEP sekitar 3,8 tahun.</w:t>
      </w:r>
    </w:p>
    <w:p>
      <w:pPr>
        <w:spacing w:before="20" w:after="40" w:line="276" w:lineRule="auto"/>
      </w:pPr>
      <w:r>
        <w:rPr>
          <w:b/>
        </w:rPr>
        <w:t>D. Penghematan Rp 3.600.000/bulan dan BEP sekitar 1,9 tahun.</w:t>
      </w:r>
    </w:p>
    <w:p>
      <w:pPr>
        <w:spacing w:before="20" w:after="40" w:line="276" w:lineRule="auto"/>
      </w:pPr>
      <w:r>
        <w:rPr>
          <w:b/>
        </w:rPr>
        <w:t>E. Penghematan Rp 6.000.000/bulan dan BEP sekitar 5,0 tahun.</w:t>
      </w:r>
    </w:p>
    <w:p>
      <w:pPr>
        <w:spacing w:before="20" w:after="40" w:line="276" w:lineRule="auto"/>
      </w:pPr>
      <w:r>
        <w:rPr>
          <w:b/>
          <w:color w:val="0369A1"/>
        </w:rPr>
        <w:t>Kunci: B</w:t>
      </w:r>
    </w:p>
    <w:p>
      <w:pPr>
        <w:spacing w:before="20" w:after="40" w:line="276" w:lineRule="auto"/>
      </w:pPr>
      <w:r>
        <w:rPr>
          <w:b/>
          <w:color w:val="0369A1"/>
        </w:rPr>
        <w:t>Pembahasan:</w:t>
      </w:r>
    </w:p>
    <w:p>
      <w:pPr>
        <w:spacing w:before="20" w:after="40" w:line="276" w:lineRule="auto"/>
      </w:pPr>
      <w:r>
        <w:t>Produksi listrik Tipe B = 1.800 kWh/bulan.</w:t>
      </w:r>
    </w:p>
    <w:p>
      <w:pPr>
        <w:spacing w:before="20" w:after="40" w:line="276" w:lineRule="auto"/>
      </w:pPr>
      <w:r>
        <w:t>Penghematan per bulan = 1.800 kWh x Rp 1.500 = Rp 2.700.000 per bulan.</w:t>
      </w:r>
    </w:p>
    <w:p>
      <w:pPr>
        <w:spacing w:before="20" w:after="40" w:line="276" w:lineRule="auto"/>
      </w:pPr>
      <w:r>
        <w:t>Total investasi instalasi = Rp 85.000.000.</w:t>
      </w:r>
    </w:p>
    <w:p>
      <w:pPr>
        <w:spacing w:before="20" w:after="40" w:line="276" w:lineRule="auto"/>
      </w:pPr>
      <w:r>
        <w:t>Periode BEP = Rp 85.000.000 / (Rp 2.700.000 x 12 bulan) = 85.000.000 / 32.400.000 = 2,62 tahun (sekitar 2,6 tahun). Jadi, jawaban yang tepat adalah B.</w:t>
      </w:r>
    </w:p>
    <w:p>
      <w:pPr>
        <w:spacing w:before="20" w:after="40" w:line="276" w:lineRule="auto"/>
      </w:pPr>
      <w:r>
        <w:rPr>
          <w:b/>
          <w:color w:val="1857A4"/>
        </w:rPr>
        <w:t>[/SOAL]</w:t>
      </w:r>
    </w:p>
    <w:p/>
    <w:p>
      <w:pPr>
        <w:pStyle w:val="Heading2"/>
      </w:pPr>
      <w:r>
        <w:rPr>
          <w:color w:val="1857A4"/>
          <w:sz w:val="24"/>
        </w:rPr>
        <w:t>CONTOH 3: SOAL DENGAN SUARA / AUDIO LISTENING</w:t>
      </w:r>
    </w:p>
    <w:p>
      <w:pPr>
        <w:spacing w:before="20" w:after="40" w:line="276" w:lineRule="auto"/>
      </w:pPr>
      <w:r>
        <w:rPr>
          <w:b/>
          <w:color w:val="1857A4"/>
        </w:rPr>
        <w:t>[SOAL]</w:t>
      </w:r>
    </w:p>
    <w:p>
      <w:pPr>
        <w:spacing w:before="20" w:after="40" w:line="276" w:lineRule="auto"/>
      </w:pPr>
      <w:r>
        <w:t>Mata Pelajaran: English Literacy</w:t>
      </w:r>
    </w:p>
    <w:p>
      <w:pPr>
        <w:spacing w:before="20" w:after="40" w:line="276" w:lineRule="auto"/>
      </w:pPr>
      <w:r>
        <w:t>Kelas: 9</w:t>
      </w:r>
    </w:p>
    <w:p>
      <w:pPr>
        <w:spacing w:before="20" w:after="40" w:line="276" w:lineRule="auto"/>
      </w:pPr>
      <w:r>
        <w:t>Topik: Listening &amp; Environmental Conversation</w:t>
      </w:r>
    </w:p>
    <w:p>
      <w:pPr>
        <w:spacing w:before="20" w:after="40" w:line="276" w:lineRule="auto"/>
      </w:pPr>
      <w:r>
        <w:t>Tingkat Kesulitan: Sedang</w:t>
      </w:r>
    </w:p>
    <w:p>
      <w:pPr>
        <w:spacing w:before="20" w:after="40" w:line="276" w:lineRule="auto"/>
      </w:pPr>
      <w:r>
        <w:rPr>
          <w:b/>
          <w:color w:val="0369A1"/>
        </w:rPr>
        <w:t>Stimulus / Wacana:</w:t>
      </w:r>
    </w:p>
    <w:p>
      <w:pPr>
        <w:spacing w:before="20" w:after="40" w:line="276" w:lineRule="auto"/>
      </w:pPr>
      <w:r>
        <w:t>Listen to the short dialogue between a teacher and a student discussing renewable energy projects in their school.</w:t>
      </w:r>
    </w:p>
    <w:p>
      <w:pPr>
        <w:spacing w:before="20" w:after="40" w:line="276" w:lineRule="auto"/>
      </w:pPr>
      <w:r>
        <w:t>[AUDIO: https://assets.mixkit.co/active_storage/sfx/2869/2869-preview.mp3]</w:t>
      </w:r>
    </w:p>
    <w:p>
      <w:pPr>
        <w:spacing w:before="20" w:after="40" w:line="276" w:lineRule="auto"/>
      </w:pPr>
      <w:r>
        <w:rPr>
          <w:b/>
          <w:color w:val="0369A1"/>
        </w:rPr>
        <w:t>Pertanyaan:</w:t>
      </w:r>
    </w:p>
    <w:p>
      <w:pPr>
        <w:spacing w:before="20" w:after="40" w:line="276" w:lineRule="auto"/>
      </w:pPr>
      <w:r>
        <w:t>According to the conversation in the audio, what is the main purpose of the upcoming science exhibition?</w:t>
      </w:r>
    </w:p>
    <w:p>
      <w:pPr>
        <w:spacing w:before="20" w:after="40" w:line="276" w:lineRule="auto"/>
      </w:pPr>
      <w:r>
        <w:rPr>
          <w:b/>
        </w:rPr>
        <w:t>A. To demonstrate how simple everyday solar devices can significantly reduce domestic carbon footprints.</w:t>
      </w:r>
    </w:p>
    <w:p>
      <w:pPr>
        <w:spacing w:before="20" w:after="40" w:line="276" w:lineRule="auto"/>
      </w:pPr>
      <w:r>
        <w:rPr>
          <w:b/>
        </w:rPr>
        <w:t>B. To sell high-tech laboratory equipment designed by professional researchers.</w:t>
      </w:r>
    </w:p>
    <w:p>
      <w:pPr>
        <w:spacing w:before="20" w:after="40" w:line="276" w:lineRule="auto"/>
      </w:pPr>
      <w:r>
        <w:rPr>
          <w:b/>
        </w:rPr>
        <w:t>C. To encourage students to stop using all electronic devices during exam weeks.</w:t>
      </w:r>
    </w:p>
    <w:p>
      <w:pPr>
        <w:spacing w:before="20" w:after="40" w:line="276" w:lineRule="auto"/>
      </w:pPr>
      <w:r>
        <w:rPr>
          <w:b/>
        </w:rPr>
        <w:t>D. To announce the winner of the annual school sports competition.</w:t>
      </w:r>
    </w:p>
    <w:p>
      <w:pPr>
        <w:spacing w:before="20" w:after="40" w:line="276" w:lineRule="auto"/>
      </w:pPr>
      <w:r>
        <w:rPr>
          <w:b/>
          <w:color w:val="0369A1"/>
        </w:rPr>
        <w:t>Kunci: A</w:t>
      </w:r>
    </w:p>
    <w:p>
      <w:pPr>
        <w:spacing w:before="20" w:after="40" w:line="276" w:lineRule="auto"/>
      </w:pPr>
      <w:r>
        <w:rPr>
          <w:b/>
          <w:color w:val="0369A1"/>
        </w:rPr>
        <w:t>Pembahasan:</w:t>
      </w:r>
    </w:p>
    <w:p>
      <w:pPr>
        <w:spacing w:before="20" w:after="40" w:line="276" w:lineRule="auto"/>
      </w:pPr>
      <w:r>
        <w:t>In the audio, the teacher emphasizes the objective of showcasing practical solar prototypes made by 9th graders to foster sustainable lifestyle habits at home. Thus, the correct answer is A.</w:t>
      </w:r>
    </w:p>
    <w:p>
      <w:pPr>
        <w:spacing w:before="20" w:after="40" w:line="276" w:lineRule="auto"/>
      </w:pPr>
      <w:r>
        <w:rPr>
          <w:b/>
          <w:color w:val="1857A4"/>
        </w:rPr>
        <w:t>[/SOAL]</w:t>
      </w:r>
    </w:p>
    <w:p/>
    <w:p>
      <w:pPr>
        <w:pStyle w:val="Heading2"/>
      </w:pPr>
      <w:r>
        <w:rPr>
          <w:color w:val="1857A4"/>
          <w:sz w:val="24"/>
        </w:rPr>
        <w:t>CONTOH 4: SOAL PILIHAN GANDA KOMPLEKS (JAWABAN BENAR LEBIH DARI SATU / MULTI-SELECT)</w:t>
      </w:r>
    </w:p>
    <w:p>
      <w:pPr>
        <w:spacing w:before="20" w:after="40" w:line="276" w:lineRule="auto"/>
      </w:pPr>
      <w:r>
        <w:rPr>
          <w:b/>
          <w:color w:val="1857A4"/>
        </w:rPr>
        <w:t>[SOAL]</w:t>
      </w:r>
    </w:p>
    <w:p>
      <w:pPr>
        <w:spacing w:before="20" w:after="40" w:line="276" w:lineRule="auto"/>
      </w:pPr>
      <w:r>
        <w:t>Mata Pelajaran: Ilmu Pengetahuan Alam (IPA)</w:t>
      </w:r>
    </w:p>
    <w:p>
      <w:pPr>
        <w:spacing w:before="20" w:after="40" w:line="276" w:lineRule="auto"/>
      </w:pPr>
      <w:r>
        <w:t>Kelas: 9</w:t>
      </w:r>
    </w:p>
    <w:p>
      <w:pPr>
        <w:spacing w:before="20" w:after="40" w:line="276" w:lineRule="auto"/>
      </w:pPr>
      <w:r>
        <w:t>Topik: Kelistrikan &amp; Energi Ramah Lingkungan</w:t>
      </w:r>
    </w:p>
    <w:p>
      <w:pPr>
        <w:spacing w:before="20" w:after="40" w:line="276" w:lineRule="auto"/>
      </w:pPr>
      <w:r>
        <w:t>Tingkat Kesulitan: Sedang</w:t>
      </w:r>
    </w:p>
    <w:p>
      <w:pPr>
        <w:spacing w:before="20" w:after="40" w:line="276" w:lineRule="auto"/>
      </w:pPr>
      <w:r>
        <w:rPr>
          <w:b/>
          <w:color w:val="0369A1"/>
        </w:rPr>
        <w:t>Stimulus / Wacana:</w:t>
      </w:r>
    </w:p>
    <w:p>
      <w:pPr>
        <w:spacing w:before="20" w:after="40" w:line="276" w:lineRule="auto"/>
      </w:pPr>
      <w:r>
        <w:t>Pemerintah dan institusi pendidikan mendorong transisi energi menuju sumber daya terbarukan untuk menekan emisi gas rumah kaca. Beberapa teknologi pembangkit listrik yang mulai diaplikasikan mencakup Pembangkit Listrik Tenaga Surya (PLTS), Pembangkit Listrik Tenaga Bayu/Angin (PLTB), Pembangkit Listrik Tenaga Panas Bumi (Geotermal), serta Pembangkit Listrik Tenaga Mikrohidro (PLTMH).</w:t>
      </w:r>
    </w:p>
    <w:p>
      <w:pPr>
        <w:spacing w:before="20" w:after="40" w:line="276" w:lineRule="auto"/>
      </w:pPr>
      <w:r>
        <w:rPr>
          <w:b/>
          <w:color w:val="0369A1"/>
        </w:rPr>
        <w:t>Pertanyaan:</w:t>
      </w:r>
    </w:p>
    <w:p>
      <w:pPr>
        <w:spacing w:before="20" w:after="40" w:line="276" w:lineRule="auto"/>
      </w:pPr>
      <w:r>
        <w:t>Berdasarkan wacana di atas, pilihlah DUA atau LEBIH pernyataan berikut yang merupakan keuntungan utama pemanfaatan energi terbarukan:</w:t>
      </w:r>
    </w:p>
    <w:p>
      <w:pPr>
        <w:spacing w:before="20" w:after="40" w:line="276" w:lineRule="auto"/>
      </w:pPr>
      <w:r>
        <w:rPr>
          <w:b/>
        </w:rPr>
        <w:t>A. Menghasilkan emisi karbon dan polutan udara yang jauh lebih rendah dibanding bahan bakar fosil.</w:t>
      </w:r>
    </w:p>
    <w:p>
      <w:pPr>
        <w:spacing w:before="20" w:after="40" w:line="276" w:lineRule="auto"/>
      </w:pPr>
      <w:r>
        <w:rPr>
          <w:b/>
        </w:rPr>
        <w:t>B. Sumber energi tidak akan habis karena terbarukan secara alami oleh siklus alam bumi.</w:t>
      </w:r>
    </w:p>
    <w:p>
      <w:pPr>
        <w:spacing w:before="20" w:after="40" w:line="276" w:lineRule="auto"/>
      </w:pPr>
      <w:r>
        <w:rPr>
          <w:b/>
        </w:rPr>
        <w:t>C. Biaya investasi awal instalasi selalu nol rupiah tanpa memerlukan pemeliharaan teknis.</w:t>
      </w:r>
    </w:p>
    <w:p>
      <w:pPr>
        <w:spacing w:before="20" w:after="40" w:line="276" w:lineRule="auto"/>
      </w:pPr>
      <w:r>
        <w:rPr>
          <w:b/>
        </w:rPr>
        <w:t>D. Meningkatkan kemandirian energi nasional dan mengurangi ketergantungan pada minyak bumi impor.</w:t>
      </w:r>
    </w:p>
    <w:p>
      <w:pPr>
        <w:spacing w:before="20" w:after="40" w:line="276" w:lineRule="auto"/>
      </w:pPr>
      <w:r>
        <w:rPr>
          <w:b/>
        </w:rPr>
        <w:t>E. Menjamin pasokan daya listrik selalu konstan 24 jam tanpa terpengaruh cuaca maupun waktu siang-malam.</w:t>
      </w:r>
    </w:p>
    <w:p>
      <w:pPr>
        <w:spacing w:before="20" w:after="40" w:line="276" w:lineRule="auto"/>
      </w:pPr>
      <w:r>
        <w:rPr>
          <w:b/>
          <w:color w:val="0369A1"/>
        </w:rPr>
        <w:t>Kunci: A, B, D</w:t>
      </w:r>
    </w:p>
    <w:p>
      <w:pPr>
        <w:spacing w:before="20" w:after="40" w:line="276" w:lineRule="auto"/>
      </w:pPr>
      <w:r>
        <w:rPr>
          <w:b/>
          <w:color w:val="0369A1"/>
        </w:rPr>
        <w:t>Pembahasan:</w:t>
      </w:r>
    </w:p>
    <w:p>
      <w:pPr>
        <w:spacing w:before="20" w:after="40" w:line="276" w:lineRule="auto"/>
      </w:pPr>
      <w:r>
        <w:t>Pernyataan A, B, dan D bernilai benar. Pernyataan C salah karena instalasi awal tetap memerlukan biaya investasi dan perawatan berkala. Pernyataan E salah karena sumber daya seperti surya dan angin bersifat intermiten (bergantung cuaca dan waktu siang-malam). Oleh karena itu, kunci jawaban yang benar adalah A, B, dan D.</w:t>
      </w:r>
    </w:p>
    <w:p>
      <w:pPr>
        <w:spacing w:before="20" w:after="40" w:line="276" w:lineRule="auto"/>
      </w:pPr>
      <w:r>
        <w:rPr>
          <w:b/>
          <w:color w:val="1857A4"/>
        </w:rPr>
        <w:t>[/SOAL]</w:t>
      </w:r>
    </w:p>
    <w:p/>
    <w:p>
      <w:pPr>
        <w:pStyle w:val="Heading2"/>
      </w:pPr>
      <w:r>
        <w:rPr>
          <w:color w:val="047857"/>
          <w:sz w:val="24"/>
        </w:rPr>
        <w:t>FORMAT KOSONG UNTUK DIISI GURU (SOAL NO. 5 S/D 10)</w:t>
      </w:r>
    </w:p>
    <w:p>
      <w:r>
        <w:rPr>
          <w:i/>
          <w:color w:val="64748B"/>
        </w:rPr>
        <w:t>Silakan duplikasi blok [SOAL] ... [/SOAL] di bawah ini sebanyak jumlah soal yang ingin Anda buat.</w:t>
      </w:r>
    </w:p>
    <w:p>
      <w:r>
        <w:rPr>
          <w:b/>
          <w:color w:val="1857A4"/>
        </w:rPr>
        <w:t>--- SOAL NOMOR 4 ---</w:t>
      </w:r>
    </w:p>
    <w:p>
      <w:pPr>
        <w:spacing w:before="20" w:after="40" w:line="276" w:lineRule="auto"/>
      </w:pPr>
      <w:r>
        <w:rPr>
          <w:b/>
          <w:color w:val="1857A4"/>
        </w:rPr>
        <w:t>[SOAL]</w:t>
      </w:r>
    </w:p>
    <w:p>
      <w:pPr>
        <w:spacing w:before="20" w:after="40" w:line="276" w:lineRule="auto"/>
      </w:pPr>
      <w:r>
        <w:t>Mata Pelajaran:</w:t>
      </w:r>
    </w:p>
    <w:p>
      <w:pPr>
        <w:spacing w:before="20" w:after="40" w:line="276" w:lineRule="auto"/>
      </w:pPr>
      <w:r>
        <w:t>Kelas:</w:t>
      </w:r>
    </w:p>
    <w:p>
      <w:pPr>
        <w:spacing w:before="20" w:after="40" w:line="276" w:lineRule="auto"/>
      </w:pPr>
      <w:r>
        <w:t>Topik:</w:t>
      </w:r>
    </w:p>
    <w:p>
      <w:pPr>
        <w:spacing w:before="20" w:after="40" w:line="276" w:lineRule="auto"/>
      </w:pPr>
      <w:r>
        <w:t>Tingkat Kesulitan: Sedang</w:t>
      </w:r>
    </w:p>
    <w:p>
      <w:pPr>
        <w:spacing w:before="20" w:after="40" w:line="276" w:lineRule="auto"/>
      </w:pPr>
      <w:r>
        <w:rPr>
          <w:b/>
          <w:color w:val="0369A1"/>
        </w:rPr>
        <w:t>Stimulus / Wacana:</w:t>
      </w:r>
    </w:p>
    <w:p>
      <w:pPr>
        <w:spacing w:before="20" w:after="40" w:line="276" w:lineRule="auto"/>
      </w:pPr>
      <w:r>
        <w:t>(Ketikkan wacana narasi panjang, bacaan artikel, studi kasus, atau data di sini...)</w:t>
      </w:r>
    </w:p>
    <w:p>
      <w:pPr>
        <w:spacing w:before="20" w:after="40" w:line="276" w:lineRule="auto"/>
      </w:pPr>
      <w:r>
        <w:t>[GAMBAR] (Tempel / Paste gambar di sini jika ada)</w:t>
      </w:r>
    </w:p>
    <w:p>
      <w:pPr>
        <w:spacing w:before="20" w:after="40" w:line="276" w:lineRule="auto"/>
      </w:pPr>
      <w:r>
        <w:t>[AUDIO: https://link-audio-jika-ada.mp3]</w:t>
      </w:r>
    </w:p>
    <w:p>
      <w:pPr>
        <w:spacing w:before="20" w:after="40" w:line="276" w:lineRule="auto"/>
      </w:pPr>
      <w:r>
        <w:rPr>
          <w:b/>
          <w:color w:val="0369A1"/>
        </w:rPr>
        <w:t>Pertanyaan:</w:t>
      </w:r>
    </w:p>
    <w:p>
      <w:pPr>
        <w:spacing w:before="20" w:after="40" w:line="276" w:lineRule="auto"/>
      </w:pPr>
      <w:r>
        <w:t>(Tuliskan kalimat pertanyaan di sini...)</w:t>
      </w:r>
    </w:p>
    <w:p>
      <w:pPr>
        <w:spacing w:before="20" w:after="40" w:line="276" w:lineRule="auto"/>
      </w:pPr>
      <w:r>
        <w:rPr>
          <w:b/>
        </w:rPr>
        <w:t>A. (Pilihan Jawaban A)</w:t>
      </w:r>
    </w:p>
    <w:p>
      <w:pPr>
        <w:spacing w:before="20" w:after="40" w:line="276" w:lineRule="auto"/>
      </w:pPr>
      <w:r>
        <w:rPr>
          <w:b/>
        </w:rPr>
        <w:t>B. (Pilihan Jawaban B)</w:t>
      </w:r>
    </w:p>
    <w:p>
      <w:pPr>
        <w:spacing w:before="20" w:after="40" w:line="276" w:lineRule="auto"/>
      </w:pPr>
      <w:r>
        <w:rPr>
          <w:b/>
        </w:rPr>
        <w:t>C. (Pilihan Jawaban C)</w:t>
      </w:r>
    </w:p>
    <w:p>
      <w:pPr>
        <w:spacing w:before="20" w:after="40" w:line="276" w:lineRule="auto"/>
      </w:pPr>
      <w:r>
        <w:rPr>
          <w:b/>
        </w:rPr>
        <w:t>D. (Pilihan Jawaban D)</w:t>
      </w:r>
    </w:p>
    <w:p>
      <w:pPr>
        <w:spacing w:before="20" w:after="40" w:line="276" w:lineRule="auto"/>
      </w:pPr>
      <w:r>
        <w:rPr>
          <w:b/>
        </w:rPr>
        <w:t>E. (Pilihan Jawaban E - Opsional)</w:t>
      </w:r>
    </w:p>
    <w:p>
      <w:pPr>
        <w:spacing w:before="20" w:after="40" w:line="276" w:lineRule="auto"/>
      </w:pPr>
      <w:r>
        <w:rPr>
          <w:b/>
          <w:color w:val="0369A1"/>
        </w:rPr>
        <w:t>Kunci: A</w:t>
      </w:r>
    </w:p>
    <w:p>
      <w:pPr>
        <w:spacing w:before="20" w:after="40" w:line="276" w:lineRule="auto"/>
      </w:pPr>
      <w:r>
        <w:rPr>
          <w:b/>
          <w:color w:val="0369A1"/>
        </w:rPr>
        <w:t>Pembahasan:</w:t>
      </w:r>
    </w:p>
    <w:p>
      <w:pPr>
        <w:spacing w:before="20" w:after="40" w:line="276" w:lineRule="auto"/>
      </w:pPr>
      <w:r>
        <w:t>(Tuliskan langkah penyelesaian dan kunci konsep di sini...)</w:t>
      </w:r>
    </w:p>
    <w:p>
      <w:pPr>
        <w:spacing w:before="20" w:after="40" w:line="276" w:lineRule="auto"/>
      </w:pPr>
      <w:r>
        <w:rPr>
          <w:b/>
          <w:color w:val="1857A4"/>
        </w:rPr>
        <w:t>[/SOAL]</w:t>
      </w:r>
    </w:p>
    <w:p/>
    <w:p>
      <w:r>
        <w:rPr>
          <w:b/>
          <w:color w:val="1857A4"/>
        </w:rPr>
        <w:t>--- SOAL NOMOR 5 ---</w:t>
      </w:r>
    </w:p>
    <w:p>
      <w:pPr>
        <w:spacing w:before="20" w:after="40" w:line="276" w:lineRule="auto"/>
      </w:pPr>
      <w:r>
        <w:rPr>
          <w:b/>
          <w:color w:val="1857A4"/>
        </w:rPr>
        <w:t>[SOAL]</w:t>
      </w:r>
    </w:p>
    <w:p>
      <w:pPr>
        <w:spacing w:before="20" w:after="40" w:line="276" w:lineRule="auto"/>
      </w:pPr>
      <w:r>
        <w:t>Mata Pelajaran:</w:t>
      </w:r>
    </w:p>
    <w:p>
      <w:pPr>
        <w:spacing w:before="20" w:after="40" w:line="276" w:lineRule="auto"/>
      </w:pPr>
      <w:r>
        <w:t>Kelas:</w:t>
      </w:r>
    </w:p>
    <w:p>
      <w:pPr>
        <w:spacing w:before="20" w:after="40" w:line="276" w:lineRule="auto"/>
      </w:pPr>
      <w:r>
        <w:t>Topik:</w:t>
      </w:r>
    </w:p>
    <w:p>
      <w:pPr>
        <w:spacing w:before="20" w:after="40" w:line="276" w:lineRule="auto"/>
      </w:pPr>
      <w:r>
        <w:t>Tingkat Kesulitan: Sedang</w:t>
      </w:r>
    </w:p>
    <w:p>
      <w:pPr>
        <w:spacing w:before="20" w:after="40" w:line="276" w:lineRule="auto"/>
      </w:pPr>
      <w:r>
        <w:rPr>
          <w:b/>
          <w:color w:val="0369A1"/>
        </w:rPr>
        <w:t>Stimulus / Wacana:</w:t>
      </w:r>
    </w:p>
    <w:p>
      <w:pPr>
        <w:spacing w:before="20" w:after="40" w:line="276" w:lineRule="auto"/>
      </w:pPr>
      <w:r>
        <w:t>(Ketikkan wacana narasi panjang, bacaan artikel, studi kasus, atau data di sini...)</w:t>
      </w:r>
    </w:p>
    <w:p>
      <w:pPr>
        <w:spacing w:before="20" w:after="40" w:line="276" w:lineRule="auto"/>
      </w:pPr>
      <w:r>
        <w:t>[GAMBAR] (Tempel / Paste gambar di sini jika ada)</w:t>
      </w:r>
    </w:p>
    <w:p>
      <w:pPr>
        <w:spacing w:before="20" w:after="40" w:line="276" w:lineRule="auto"/>
      </w:pPr>
      <w:r>
        <w:t>[AUDIO: https://link-audio-jika-ada.mp3]</w:t>
      </w:r>
    </w:p>
    <w:p>
      <w:pPr>
        <w:spacing w:before="20" w:after="40" w:line="276" w:lineRule="auto"/>
      </w:pPr>
      <w:r>
        <w:rPr>
          <w:b/>
          <w:color w:val="0369A1"/>
        </w:rPr>
        <w:t>Pertanyaan:</w:t>
      </w:r>
    </w:p>
    <w:p>
      <w:pPr>
        <w:spacing w:before="20" w:after="40" w:line="276" w:lineRule="auto"/>
      </w:pPr>
      <w:r>
        <w:t>(Tuliskan kalimat pertanyaan di sini...)</w:t>
      </w:r>
    </w:p>
    <w:p>
      <w:pPr>
        <w:spacing w:before="20" w:after="40" w:line="276" w:lineRule="auto"/>
      </w:pPr>
      <w:r>
        <w:rPr>
          <w:b/>
        </w:rPr>
        <w:t>A. (Pilihan Jawaban A)</w:t>
      </w:r>
    </w:p>
    <w:p>
      <w:pPr>
        <w:spacing w:before="20" w:after="40" w:line="276" w:lineRule="auto"/>
      </w:pPr>
      <w:r>
        <w:rPr>
          <w:b/>
        </w:rPr>
        <w:t>B. (Pilihan Jawaban B)</w:t>
      </w:r>
    </w:p>
    <w:p>
      <w:pPr>
        <w:spacing w:before="20" w:after="40" w:line="276" w:lineRule="auto"/>
      </w:pPr>
      <w:r>
        <w:rPr>
          <w:b/>
        </w:rPr>
        <w:t>C. (Pilihan Jawaban C)</w:t>
      </w:r>
    </w:p>
    <w:p>
      <w:pPr>
        <w:spacing w:before="20" w:after="40" w:line="276" w:lineRule="auto"/>
      </w:pPr>
      <w:r>
        <w:rPr>
          <w:b/>
        </w:rPr>
        <w:t>D. (Pilihan Jawaban D)</w:t>
      </w:r>
    </w:p>
    <w:p>
      <w:pPr>
        <w:spacing w:before="20" w:after="40" w:line="276" w:lineRule="auto"/>
      </w:pPr>
      <w:r>
        <w:rPr>
          <w:b/>
        </w:rPr>
        <w:t>E. (Pilihan Jawaban E - Opsional)</w:t>
      </w:r>
    </w:p>
    <w:p>
      <w:pPr>
        <w:spacing w:before="20" w:after="40" w:line="276" w:lineRule="auto"/>
      </w:pPr>
      <w:r>
        <w:rPr>
          <w:b/>
          <w:color w:val="0369A1"/>
        </w:rPr>
        <w:t>Kunci: A</w:t>
      </w:r>
    </w:p>
    <w:p>
      <w:pPr>
        <w:spacing w:before="20" w:after="40" w:line="276" w:lineRule="auto"/>
      </w:pPr>
      <w:r>
        <w:rPr>
          <w:b/>
          <w:color w:val="0369A1"/>
        </w:rPr>
        <w:t>Pembahasan:</w:t>
      </w:r>
    </w:p>
    <w:p>
      <w:pPr>
        <w:spacing w:before="20" w:after="40" w:line="276" w:lineRule="auto"/>
      </w:pPr>
      <w:r>
        <w:t>(Tuliskan langkah penyelesaian dan kunci konsep di sini...)</w:t>
      </w:r>
    </w:p>
    <w:p>
      <w:pPr>
        <w:spacing w:before="20" w:after="40" w:line="276" w:lineRule="auto"/>
      </w:pPr>
      <w:r>
        <w:rPr>
          <w:b/>
          <w:color w:val="1857A4"/>
        </w:rPr>
        <w:t>[/SOAL]</w:t>
      </w:r>
    </w:p>
    <w:p/>
    <w:p>
      <w:r>
        <w:rPr>
          <w:b/>
          <w:color w:val="1857A4"/>
        </w:rPr>
        <w:t>--- SOAL NOMOR 6 ---</w:t>
      </w:r>
    </w:p>
    <w:p>
      <w:pPr>
        <w:spacing w:before="20" w:after="40" w:line="276" w:lineRule="auto"/>
      </w:pPr>
      <w:r>
        <w:rPr>
          <w:b/>
          <w:color w:val="1857A4"/>
        </w:rPr>
        <w:t>[SOAL]</w:t>
      </w:r>
    </w:p>
    <w:p>
      <w:pPr>
        <w:spacing w:before="20" w:after="40" w:line="276" w:lineRule="auto"/>
      </w:pPr>
      <w:r>
        <w:t>Mata Pelajaran:</w:t>
      </w:r>
    </w:p>
    <w:p>
      <w:pPr>
        <w:spacing w:before="20" w:after="40" w:line="276" w:lineRule="auto"/>
      </w:pPr>
      <w:r>
        <w:t>Kelas:</w:t>
      </w:r>
    </w:p>
    <w:p>
      <w:pPr>
        <w:spacing w:before="20" w:after="40" w:line="276" w:lineRule="auto"/>
      </w:pPr>
      <w:r>
        <w:t>Topik:</w:t>
      </w:r>
    </w:p>
    <w:p>
      <w:pPr>
        <w:spacing w:before="20" w:after="40" w:line="276" w:lineRule="auto"/>
      </w:pPr>
      <w:r>
        <w:t>Tingkat Kesulitan: Sedang</w:t>
      </w:r>
    </w:p>
    <w:p>
      <w:pPr>
        <w:spacing w:before="20" w:after="40" w:line="276" w:lineRule="auto"/>
      </w:pPr>
      <w:r>
        <w:rPr>
          <w:b/>
          <w:color w:val="0369A1"/>
        </w:rPr>
        <w:t>Stimulus / Wacana:</w:t>
      </w:r>
    </w:p>
    <w:p>
      <w:pPr>
        <w:spacing w:before="20" w:after="40" w:line="276" w:lineRule="auto"/>
      </w:pPr>
      <w:r>
        <w:t>(Ketikkan wacana narasi panjang, bacaan artikel, studi kasus, atau data di sini...)</w:t>
      </w:r>
    </w:p>
    <w:p>
      <w:pPr>
        <w:spacing w:before="20" w:after="40" w:line="276" w:lineRule="auto"/>
      </w:pPr>
      <w:r>
        <w:t>[GAMBAR] (Tempel / Paste gambar di sini jika ada)</w:t>
      </w:r>
    </w:p>
    <w:p>
      <w:pPr>
        <w:spacing w:before="20" w:after="40" w:line="276" w:lineRule="auto"/>
      </w:pPr>
      <w:r>
        <w:t>[AUDIO: https://link-audio-jika-ada.mp3]</w:t>
      </w:r>
    </w:p>
    <w:p>
      <w:pPr>
        <w:spacing w:before="20" w:after="40" w:line="276" w:lineRule="auto"/>
      </w:pPr>
      <w:r>
        <w:rPr>
          <w:b/>
          <w:color w:val="0369A1"/>
        </w:rPr>
        <w:t>Pertanyaan:</w:t>
      </w:r>
    </w:p>
    <w:p>
      <w:pPr>
        <w:spacing w:before="20" w:after="40" w:line="276" w:lineRule="auto"/>
      </w:pPr>
      <w:r>
        <w:t>(Tuliskan kalimat pertanyaan di sini...)</w:t>
      </w:r>
    </w:p>
    <w:p>
      <w:pPr>
        <w:spacing w:before="20" w:after="40" w:line="276" w:lineRule="auto"/>
      </w:pPr>
      <w:r>
        <w:rPr>
          <w:b/>
        </w:rPr>
        <w:t>A. (Pilihan Jawaban A)</w:t>
      </w:r>
    </w:p>
    <w:p>
      <w:pPr>
        <w:spacing w:before="20" w:after="40" w:line="276" w:lineRule="auto"/>
      </w:pPr>
      <w:r>
        <w:rPr>
          <w:b/>
        </w:rPr>
        <w:t>B. (Pilihan Jawaban B)</w:t>
      </w:r>
    </w:p>
    <w:p>
      <w:pPr>
        <w:spacing w:before="20" w:after="40" w:line="276" w:lineRule="auto"/>
      </w:pPr>
      <w:r>
        <w:rPr>
          <w:b/>
        </w:rPr>
        <w:t>C. (Pilihan Jawaban C)</w:t>
      </w:r>
    </w:p>
    <w:p>
      <w:pPr>
        <w:spacing w:before="20" w:after="40" w:line="276" w:lineRule="auto"/>
      </w:pPr>
      <w:r>
        <w:rPr>
          <w:b/>
        </w:rPr>
        <w:t>D. (Pilihan Jawaban D)</w:t>
      </w:r>
    </w:p>
    <w:p>
      <w:pPr>
        <w:spacing w:before="20" w:after="40" w:line="276" w:lineRule="auto"/>
      </w:pPr>
      <w:r>
        <w:rPr>
          <w:b/>
        </w:rPr>
        <w:t>E. (Pilihan Jawaban E - Opsional)</w:t>
      </w:r>
    </w:p>
    <w:p>
      <w:pPr>
        <w:spacing w:before="20" w:after="40" w:line="276" w:lineRule="auto"/>
      </w:pPr>
      <w:r>
        <w:rPr>
          <w:b/>
          <w:color w:val="0369A1"/>
        </w:rPr>
        <w:t>Kunci: A</w:t>
      </w:r>
    </w:p>
    <w:p>
      <w:pPr>
        <w:spacing w:before="20" w:after="40" w:line="276" w:lineRule="auto"/>
      </w:pPr>
      <w:r>
        <w:rPr>
          <w:b/>
          <w:color w:val="0369A1"/>
        </w:rPr>
        <w:t>Pembahasan:</w:t>
      </w:r>
    </w:p>
    <w:p>
      <w:pPr>
        <w:spacing w:before="20" w:after="40" w:line="276" w:lineRule="auto"/>
      </w:pPr>
      <w:r>
        <w:t>(Tuliskan langkah penyelesaian dan kunci konsep di sini...)</w:t>
      </w:r>
    </w:p>
    <w:p>
      <w:pPr>
        <w:spacing w:before="20" w:after="40" w:line="276" w:lineRule="auto"/>
      </w:pPr>
      <w:r>
        <w:rPr>
          <w:b/>
          <w:color w:val="1857A4"/>
        </w:rPr>
        <w:t>[/SOAL]</w:t>
      </w:r>
    </w:p>
    <w:p/>
    <w:p>
      <w:r>
        <w:rPr>
          <w:b/>
          <w:color w:val="1857A4"/>
        </w:rPr>
        <w:t>--- SOAL NOMOR 7 ---</w:t>
      </w:r>
    </w:p>
    <w:p>
      <w:pPr>
        <w:spacing w:before="20" w:after="40" w:line="276" w:lineRule="auto"/>
      </w:pPr>
      <w:r>
        <w:rPr>
          <w:b/>
          <w:color w:val="1857A4"/>
        </w:rPr>
        <w:t>[SOAL]</w:t>
      </w:r>
    </w:p>
    <w:p>
      <w:pPr>
        <w:spacing w:before="20" w:after="40" w:line="276" w:lineRule="auto"/>
      </w:pPr>
      <w:r>
        <w:t>Mata Pelajaran:</w:t>
      </w:r>
    </w:p>
    <w:p>
      <w:pPr>
        <w:spacing w:before="20" w:after="40" w:line="276" w:lineRule="auto"/>
      </w:pPr>
      <w:r>
        <w:t>Kelas:</w:t>
      </w:r>
    </w:p>
    <w:p>
      <w:pPr>
        <w:spacing w:before="20" w:after="40" w:line="276" w:lineRule="auto"/>
      </w:pPr>
      <w:r>
        <w:t>Topik:</w:t>
      </w:r>
    </w:p>
    <w:p>
      <w:pPr>
        <w:spacing w:before="20" w:after="40" w:line="276" w:lineRule="auto"/>
      </w:pPr>
      <w:r>
        <w:t>Tingkat Kesulitan: Sedang</w:t>
      </w:r>
    </w:p>
    <w:p>
      <w:pPr>
        <w:spacing w:before="20" w:after="40" w:line="276" w:lineRule="auto"/>
      </w:pPr>
      <w:r>
        <w:rPr>
          <w:b/>
          <w:color w:val="0369A1"/>
        </w:rPr>
        <w:t>Stimulus / Wacana:</w:t>
      </w:r>
    </w:p>
    <w:p>
      <w:pPr>
        <w:spacing w:before="20" w:after="40" w:line="276" w:lineRule="auto"/>
      </w:pPr>
      <w:r>
        <w:t>(Ketikkan wacana narasi panjang, bacaan artikel, studi kasus, atau data di sini...)</w:t>
      </w:r>
    </w:p>
    <w:p>
      <w:pPr>
        <w:spacing w:before="20" w:after="40" w:line="276" w:lineRule="auto"/>
      </w:pPr>
      <w:r>
        <w:t>[GAMBAR] (Tempel / Paste gambar di sini jika ada)</w:t>
      </w:r>
    </w:p>
    <w:p>
      <w:pPr>
        <w:spacing w:before="20" w:after="40" w:line="276" w:lineRule="auto"/>
      </w:pPr>
      <w:r>
        <w:t>[AUDIO: https://link-audio-jika-ada.mp3]</w:t>
      </w:r>
    </w:p>
    <w:p>
      <w:pPr>
        <w:spacing w:before="20" w:after="40" w:line="276" w:lineRule="auto"/>
      </w:pPr>
      <w:r>
        <w:rPr>
          <w:b/>
          <w:color w:val="0369A1"/>
        </w:rPr>
        <w:t>Pertanyaan:</w:t>
      </w:r>
    </w:p>
    <w:p>
      <w:pPr>
        <w:spacing w:before="20" w:after="40" w:line="276" w:lineRule="auto"/>
      </w:pPr>
      <w:r>
        <w:t>(Tuliskan kalimat pertanyaan di sini...)</w:t>
      </w:r>
    </w:p>
    <w:p>
      <w:pPr>
        <w:spacing w:before="20" w:after="40" w:line="276" w:lineRule="auto"/>
      </w:pPr>
      <w:r>
        <w:rPr>
          <w:b/>
        </w:rPr>
        <w:t>A. (Pilihan Jawaban A)</w:t>
      </w:r>
    </w:p>
    <w:p>
      <w:pPr>
        <w:spacing w:before="20" w:after="40" w:line="276" w:lineRule="auto"/>
      </w:pPr>
      <w:r>
        <w:rPr>
          <w:b/>
        </w:rPr>
        <w:t>B. (Pilihan Jawaban B)</w:t>
      </w:r>
    </w:p>
    <w:p>
      <w:pPr>
        <w:spacing w:before="20" w:after="40" w:line="276" w:lineRule="auto"/>
      </w:pPr>
      <w:r>
        <w:rPr>
          <w:b/>
        </w:rPr>
        <w:t>C. (Pilihan Jawaban C)</w:t>
      </w:r>
    </w:p>
    <w:p>
      <w:pPr>
        <w:spacing w:before="20" w:after="40" w:line="276" w:lineRule="auto"/>
      </w:pPr>
      <w:r>
        <w:rPr>
          <w:b/>
        </w:rPr>
        <w:t>D. (Pilihan Jawaban D)</w:t>
      </w:r>
    </w:p>
    <w:p>
      <w:pPr>
        <w:spacing w:before="20" w:after="40" w:line="276" w:lineRule="auto"/>
      </w:pPr>
      <w:r>
        <w:rPr>
          <w:b/>
        </w:rPr>
        <w:t>E. (Pilihan Jawaban E - Opsional)</w:t>
      </w:r>
    </w:p>
    <w:p>
      <w:pPr>
        <w:spacing w:before="20" w:after="40" w:line="276" w:lineRule="auto"/>
      </w:pPr>
      <w:r>
        <w:rPr>
          <w:b/>
          <w:color w:val="0369A1"/>
        </w:rPr>
        <w:t>Kunci: A</w:t>
      </w:r>
    </w:p>
    <w:p>
      <w:pPr>
        <w:spacing w:before="20" w:after="40" w:line="276" w:lineRule="auto"/>
      </w:pPr>
      <w:r>
        <w:rPr>
          <w:b/>
          <w:color w:val="0369A1"/>
        </w:rPr>
        <w:t>Pembahasan:</w:t>
      </w:r>
    </w:p>
    <w:p>
      <w:pPr>
        <w:spacing w:before="20" w:after="40" w:line="276" w:lineRule="auto"/>
      </w:pPr>
      <w:r>
        <w:t>(Tuliskan langkah penyelesaian dan kunci konsep di sini...)</w:t>
      </w:r>
    </w:p>
    <w:p>
      <w:pPr>
        <w:spacing w:before="20" w:after="40" w:line="276" w:lineRule="auto"/>
      </w:pPr>
      <w:r>
        <w:rPr>
          <w:b/>
          <w:color w:val="1857A4"/>
        </w:rPr>
        <w:t>[/SOAL]</w:t>
      </w:r>
    </w:p>
    <w:p/>
    <w:p>
      <w:r>
        <w:rPr>
          <w:b/>
          <w:color w:val="1857A4"/>
        </w:rPr>
        <w:t>--- SOAL NOMOR 8 ---</w:t>
      </w:r>
    </w:p>
    <w:p>
      <w:pPr>
        <w:spacing w:before="20" w:after="40" w:line="276" w:lineRule="auto"/>
      </w:pPr>
      <w:r>
        <w:rPr>
          <w:b/>
          <w:color w:val="1857A4"/>
        </w:rPr>
        <w:t>[SOAL]</w:t>
      </w:r>
    </w:p>
    <w:p>
      <w:pPr>
        <w:spacing w:before="20" w:after="40" w:line="276" w:lineRule="auto"/>
      </w:pPr>
      <w:r>
        <w:t>Mata Pelajaran:</w:t>
      </w:r>
    </w:p>
    <w:p>
      <w:pPr>
        <w:spacing w:before="20" w:after="40" w:line="276" w:lineRule="auto"/>
      </w:pPr>
      <w:r>
        <w:t>Kelas:</w:t>
      </w:r>
    </w:p>
    <w:p>
      <w:pPr>
        <w:spacing w:before="20" w:after="40" w:line="276" w:lineRule="auto"/>
      </w:pPr>
      <w:r>
        <w:t>Topik:</w:t>
      </w:r>
    </w:p>
    <w:p>
      <w:pPr>
        <w:spacing w:before="20" w:after="40" w:line="276" w:lineRule="auto"/>
      </w:pPr>
      <w:r>
        <w:t>Tingkat Kesulitan: Sedang</w:t>
      </w:r>
    </w:p>
    <w:p>
      <w:pPr>
        <w:spacing w:before="20" w:after="40" w:line="276" w:lineRule="auto"/>
      </w:pPr>
      <w:r>
        <w:rPr>
          <w:b/>
          <w:color w:val="0369A1"/>
        </w:rPr>
        <w:t>Stimulus / Wacana:</w:t>
      </w:r>
    </w:p>
    <w:p>
      <w:pPr>
        <w:spacing w:before="20" w:after="40" w:line="276" w:lineRule="auto"/>
      </w:pPr>
      <w:r>
        <w:t>(Ketikkan wacana narasi panjang, bacaan artikel, studi kasus, atau data di sini...)</w:t>
      </w:r>
    </w:p>
    <w:p>
      <w:pPr>
        <w:spacing w:before="20" w:after="40" w:line="276" w:lineRule="auto"/>
      </w:pPr>
      <w:r>
        <w:t>[GAMBAR] (Tempel / Paste gambar di sini jika ada)</w:t>
      </w:r>
    </w:p>
    <w:p>
      <w:pPr>
        <w:spacing w:before="20" w:after="40" w:line="276" w:lineRule="auto"/>
      </w:pPr>
      <w:r>
        <w:t>[AUDIO: https://link-audio-jika-ada.mp3]</w:t>
      </w:r>
    </w:p>
    <w:p>
      <w:pPr>
        <w:spacing w:before="20" w:after="40" w:line="276" w:lineRule="auto"/>
      </w:pPr>
      <w:r>
        <w:rPr>
          <w:b/>
          <w:color w:val="0369A1"/>
        </w:rPr>
        <w:t>Pertanyaan:</w:t>
      </w:r>
    </w:p>
    <w:p>
      <w:pPr>
        <w:spacing w:before="20" w:after="40" w:line="276" w:lineRule="auto"/>
      </w:pPr>
      <w:r>
        <w:t>(Tuliskan kalimat pertanyaan di sini...)</w:t>
      </w:r>
    </w:p>
    <w:p>
      <w:pPr>
        <w:spacing w:before="20" w:after="40" w:line="276" w:lineRule="auto"/>
      </w:pPr>
      <w:r>
        <w:rPr>
          <w:b/>
        </w:rPr>
        <w:t>A. (Pilihan Jawaban A)</w:t>
      </w:r>
    </w:p>
    <w:p>
      <w:pPr>
        <w:spacing w:before="20" w:after="40" w:line="276" w:lineRule="auto"/>
      </w:pPr>
      <w:r>
        <w:rPr>
          <w:b/>
        </w:rPr>
        <w:t>B. (Pilihan Jawaban B)</w:t>
      </w:r>
    </w:p>
    <w:p>
      <w:pPr>
        <w:spacing w:before="20" w:after="40" w:line="276" w:lineRule="auto"/>
      </w:pPr>
      <w:r>
        <w:rPr>
          <w:b/>
        </w:rPr>
        <w:t>C. (Pilihan Jawaban C)</w:t>
      </w:r>
    </w:p>
    <w:p>
      <w:pPr>
        <w:spacing w:before="20" w:after="40" w:line="276" w:lineRule="auto"/>
      </w:pPr>
      <w:r>
        <w:rPr>
          <w:b/>
        </w:rPr>
        <w:t>D. (Pilihan Jawaban D)</w:t>
      </w:r>
    </w:p>
    <w:p>
      <w:pPr>
        <w:spacing w:before="20" w:after="40" w:line="276" w:lineRule="auto"/>
      </w:pPr>
      <w:r>
        <w:rPr>
          <w:b/>
        </w:rPr>
        <w:t>E. (Pilihan Jawaban E - Opsional)</w:t>
      </w:r>
    </w:p>
    <w:p>
      <w:pPr>
        <w:spacing w:before="20" w:after="40" w:line="276" w:lineRule="auto"/>
      </w:pPr>
      <w:r>
        <w:rPr>
          <w:b/>
          <w:color w:val="0369A1"/>
        </w:rPr>
        <w:t>Kunci: A</w:t>
      </w:r>
    </w:p>
    <w:p>
      <w:pPr>
        <w:spacing w:before="20" w:after="40" w:line="276" w:lineRule="auto"/>
      </w:pPr>
      <w:r>
        <w:rPr>
          <w:b/>
          <w:color w:val="0369A1"/>
        </w:rPr>
        <w:t>Pembahasan:</w:t>
      </w:r>
    </w:p>
    <w:p>
      <w:pPr>
        <w:spacing w:before="20" w:after="40" w:line="276" w:lineRule="auto"/>
      </w:pPr>
      <w:r>
        <w:t>(Tuliskan langkah penyelesaian dan kunci konsep di sini...)</w:t>
      </w:r>
    </w:p>
    <w:p>
      <w:pPr>
        <w:spacing w:before="20" w:after="40" w:line="276" w:lineRule="auto"/>
      </w:pPr>
      <w:r>
        <w:rPr>
          <w:b/>
          <w:color w:val="1857A4"/>
        </w:rPr>
        <w:t>[/SOAL]</w:t>
      </w:r>
    </w:p>
    <w:p/>
    <w:sectPr w:rsidR="00FC693F" w:rsidRPr="0006063C" w:rsidSect="00034616">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E293B"/>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