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E3A8A"/>
          <w:sz w:val="26"/>
        </w:rPr>
        <w:t>SMP AL-WILDAN 4 ISLAMIC SCHOOL JAKARTA</w:t>
        <w:br/>
        <w:t>MASTER TEMPLATE SOAL LENGKAP TERPADU (ALL-IN-ONE)</w:t>
      </w:r>
    </w:p>
    <w:p>
      <w:pPr>
        <w:jc w:val="center"/>
      </w:pPr>
      <w:r>
        <w:rPr>
          <w:i/>
          <w:color w:val="64748B"/>
          <w:sz w:val="19"/>
        </w:rPr>
        <w:t>Format Standar Pilihan Ganda Tunggal, PG Kompleks (Multi-Centang), &amp; Tabel Benar-Salah ANBK Pusmendik</w:t>
      </w:r>
    </w:p>
    <w:p>
      <w:r>
        <w:rPr>
          <w:color w:val="0F172A"/>
          <w:sz w:val="19"/>
        </w:rPr>
        <w:t>📌 PANDUAN PENGGUNAAN MASTER TEMPLATE TERPADU:</w:t>
        <w:br/>
        <w:t>1. Dalam 1 dokumen ini, Bapak/Ibu Guru dapat menggabungkan semua tipe model soal sekaligus.</w:t>
        <w:br/>
        <w:t>2. Tipe 1 - Pilihan Ganda Biasa: Tuliskan opsi A., B., C., D., E. dan Kunci: A (hanya 1 jawaban benar).</w:t>
        <w:br/>
        <w:t>3. Tipe 2 - Pilihan Ganda Kompleks: Tuliskan opsi A., B., C., D., E. dan Kunci: A, C (bisa centang lebih dari 1).</w:t>
        <w:br/>
        <w:t>4. Tipe 3 - Tabel Benar-Salah ANBK: Buat tabel 3 kolom (Pernyataan | Benar | Salah) dengan centang [v] atau daftarkan pernyataan A., B., C. dan Kunci: 1:B, 2:S, 3:B.</w:t>
        <w:br/>
        <w:t>5. Rumus matematika Word Equation Editor (OMML) dan LaTeX ($...$) didukung otomatis.</w:t>
      </w:r>
    </w:p>
    <w:p/>
    <w:p>
      <w:r>
        <w:rPr>
          <w:b/>
        </w:rPr>
        <w:t>[SOAL]</w:t>
        <w:br/>
      </w:r>
      <w:r>
        <w:rPr>
          <w:b/>
          <w:color w:val="1E3A8A"/>
        </w:rPr>
        <w:t>1. Pilihan Ganda Tunggal (Single Choice)</w:t>
        <w:br/>
      </w:r>
      <w:r>
        <w:t>Mata Pelajaran: Matematika | Kelas: 9 SMP | Topik: Aljabar &amp; Persamaan Kuadrat | Level: HOTS</w:t>
        <w:br/>
        <w:br/>
      </w:r>
      <w:r>
        <w:t>Stimulus: Sebuah taman berbentuk persegi panjang memiliki panjang $(2x + 4)$ meter dan lebar $(x + 2)$ meter. Jika luas taman tersebut adalah $72\text{ m}^2$, maka keliling taman tersebut adalah...</w:t>
        <w:br/>
        <w:br/>
        <w:t>A. 28 meter</w:t>
        <w:br/>
        <w:t>B. 32 meter</w:t>
        <w:br/>
        <w:t>C. 36 meter</w:t>
        <w:br/>
        <w:t>D. 40 meter</w:t>
        <w:br/>
        <w:t>E. 44 meter</w:t>
        <w:br/>
        <w:br/>
        <w:t>Kunci: C</w:t>
        <w:br/>
        <w:br/>
        <w:t>Pembahasan:</w:t>
        <w:br/>
        <w:t>Luas = $(2x + 4)(x + 2) = 2x^2 + 8x + 8 = 72$.</w:t>
        <w:br/>
        <w:t>$2x^2 + 8x - 64 = 0 \implies x^2 + 4x - 32 = 0 \implies (x + 8)(x - 4) = 0$.</w:t>
        <w:br/>
        <w:t>Karena ukuran panjang bernilai positif, maka $x = 4$.</w:t>
        <w:br/>
        <w:t>Panjang = $2(4) + 4 = 12$ meter, Lebar = $4 + 2 = 6$ meter.</w:t>
        <w:br/>
        <w:t>Keliling = $2(12 + 6) = 36$ meter (Kunci C).</w:t>
        <w:br/>
        <w:t>[/SOAL]</w:t>
      </w:r>
    </w:p>
    <w:p/>
    <w:p>
      <w:r>
        <w:rPr>
          <w:b/>
        </w:rPr>
        <w:t>[SOAL_KOMPLEKS]</w:t>
        <w:br/>
      </w:r>
      <w:r>
        <w:rPr>
          <w:b/>
          <w:color w:val="0284C7"/>
        </w:rPr>
        <w:t>2. Pilihan Ganda Kompleks (Multi-Select)</w:t>
        <w:br/>
      </w:r>
      <w:r>
        <w:t>Mata Pelajaran: IPA | Kelas: 9 SMP | Topik: Fisiologi Fotosintesis | Level: HOTS</w:t>
        <w:br/>
        <w:br/>
      </w:r>
      <w:r>
        <w:t>Stimulus: Sekelompok siswa melakukan percobaan Ingenhousz pada tanaman Hydrilla dengan memberi tambahan NaHCO3 dan meletakkannya di tempat yang terkena cahaya matahari langsung. Hasil pengamatan menunjukkan terbentuknya banyak gelembung udara pada tabung reaksi.</w:t>
        <w:br/>
        <w:br/>
        <w:t>Pilihlah dua pernyataan yang BENAR terkait mekanisme percobaan fotosintesis di atas!</w:t>
        <w:br/>
        <w:br/>
        <w:t>A. Penambahan NaHCO3 meningkatkan kadar CO2 terlarut sebagai bahan baku fotosintesis.</w:t>
        <w:br/>
        <w:t>B. Gelembung gas yang dihasilkan dan tertampung di tabung reaksi adalah gas karbon dioksida.</w:t>
        <w:br/>
        <w:t>C. Intensitas cahaya matahari yang cukup meningkatkan energi fotolisis air dan laju pembentukan gas oksigen.</w:t>
        <w:br/>
        <w:t>D. Semakin dingin suhu air percobaan, semakin cepat kerja enzim fotosintesis berlangsung.</w:t>
        <w:br/>
        <w:t>E. Percobaan Ingenhousz hanya dapat membuktikan proses penyerapan zat hara tanah oleh akar.</w:t>
        <w:br/>
        <w:br/>
        <w:t>Kunci: A, C</w:t>
        <w:br/>
        <w:br/>
        <w:t>Pembahasan:</w:t>
        <w:br/>
        <w:t>- Pernyataan A BENAR: NaHCO3 terurai dalam air menghasilkan CO2 terlarut.</w:t>
        <w:br/>
        <w:t>- Pernyataan C BENAR: Cahaya matahari mempercepat reaksi terang fotosintesis (fotolisis air) menghasilkan gas O2.</w:t>
        <w:br/>
        <w:t>- Pernyataan B SALAH: Gas yang terkumpul adalah Oksigen (O2).</w:t>
        <w:br/>
        <w:t>- Pernyataan D &amp; E SALAH.</w:t>
        <w:br/>
        <w:t>[/SOAL_KOMPLEKS]</w:t>
      </w:r>
    </w:p>
    <w:p/>
    <w:p>
      <w:r>
        <w:rPr>
          <w:b/>
        </w:rPr>
        <w:t>[SOAL_BENAR_SALAH]</w:t>
        <w:br/>
      </w:r>
      <w:r>
        <w:rPr>
          <w:b/>
          <w:color w:val="0F766E"/>
        </w:rPr>
        <w:t>3. Tabel Benar - Salah (Matrix True / False ANBK Pusmendik)</w:t>
        <w:br/>
      </w:r>
      <w:r>
        <w:t>Mata Pelajaran: Matematika | Kelas: 9 SMP | Topik: Operasi Pecahan &amp; Literasi Numerasi | Level: HOTS</w:t>
        <w:br/>
        <w:br/>
      </w:r>
      <w:r>
        <w:t>Pak Bondan seorang penjual susu kedelai. Suatu hari, Pak Bondan memproduksi susu kedelai sebanyak 7 wadah yang masing-masing berisi 6 1/4 liter ($6\frac{1}{4}$) susu kedelai. Seluruh hasil produksi tersebut akan dituangkan ke dalam 50 botol besar dengan isi yang sama banyak dan ke dalam 15 botol kecil dengan isi setiap botolnya adalah setengah botol besar.</w:t>
        <w:br/>
        <w:br/>
        <w:t>Tentukan Benar atau Salah untuk setiap pernyataan berikut tentang hasil produksi susu kedelai Pak Bondan!</w:t>
      </w:r>
    </w:p>
    <w:tbl>
      <w:tblPr>
        <w:tblStyle w:val="TableGrid"/>
        <w:tblW w:type="auto" w:w="0"/>
        <w:tblLook w:firstColumn="1" w:firstRow="1" w:lastColumn="0" w:lastRow="0" w:noHBand="0" w:noVBand="1" w:val="04A0"/>
      </w:tblPr>
      <w:tblGrid>
        <w:gridCol w:w="3312"/>
        <w:gridCol w:w="3312"/>
        <w:gridCol w:w="3312"/>
      </w:tblGrid>
      <w:tr>
        <w:tc>
          <w:tcPr>
            <w:tcW w:type="dxa" w:w="3312"/>
            <w:shd w:fill="1E3A8A"/>
          </w:tcPr>
          <w:p>
            <w:pPr>
              <w:jc w:val="center"/>
            </w:pPr>
            <w:r>
              <w:rPr>
                <w:b/>
                <w:color w:val="FFFFFF"/>
                <w:sz w:val="20"/>
              </w:rPr>
              <w:t>Pernyataan</w:t>
            </w:r>
          </w:p>
        </w:tc>
        <w:tc>
          <w:tcPr>
            <w:tcW w:type="dxa" w:w="3312"/>
            <w:shd w:fill="1E3A8A"/>
          </w:tcPr>
          <w:p>
            <w:pPr>
              <w:jc w:val="center"/>
            </w:pPr>
            <w:r>
              <w:rPr>
                <w:b/>
                <w:color w:val="FFFFFF"/>
                <w:sz w:val="20"/>
              </w:rPr>
              <w:t>Benar</w:t>
            </w:r>
          </w:p>
        </w:tc>
        <w:tc>
          <w:tcPr>
            <w:tcW w:type="dxa" w:w="3312"/>
            <w:shd w:fill="1E3A8A"/>
          </w:tcPr>
          <w:p>
            <w:pPr>
              <w:jc w:val="center"/>
            </w:pPr>
            <w:r>
              <w:rPr>
                <w:b/>
                <w:color w:val="FFFFFF"/>
                <w:sz w:val="20"/>
              </w:rPr>
              <w:t>Salah</w:t>
            </w:r>
          </w:p>
        </w:tc>
      </w:tr>
      <w:tr>
        <w:tc>
          <w:tcPr>
            <w:tcW w:type="dxa" w:w="3312"/>
          </w:tcPr>
          <w:p>
            <w:r>
              <w:rPr>
                <w:sz w:val="20"/>
              </w:rPr>
              <w:t>Pada hari itu Pak Bondan memproduksi 43 3/4 liter ($43\frac{3}{4}$) susu kedelai.</w:t>
            </w:r>
          </w:p>
        </w:tc>
        <w:tc>
          <w:tcPr>
            <w:tcW w:type="dxa" w:w="3312"/>
          </w:tcPr>
          <w:p>
            <w:pPr>
              <w:jc w:val="center"/>
            </w:pPr>
            <w:r>
              <w:rPr>
                <w:b/>
                <w:color w:val="166534"/>
              </w:rPr>
              <w:t>[v]</w:t>
            </w:r>
          </w:p>
        </w:tc>
        <w:tc>
          <w:tcPr>
            <w:tcW w:type="dxa" w:w="3312"/>
          </w:tcPr>
          <w:p>
            <w:pPr>
              <w:jc w:val="center"/>
            </w:pPr>
            <w:r/>
          </w:p>
        </w:tc>
      </w:tr>
      <w:tr>
        <w:tc>
          <w:tcPr>
            <w:tcW w:type="dxa" w:w="3312"/>
          </w:tcPr>
          <w:p>
            <w:r>
              <w:rPr>
                <w:sz w:val="20"/>
              </w:rPr>
              <w:t>Setiap botol besar diisi susu kedelai sebanyak 35/46 liter ($\frac{35}{46}$) liter.</w:t>
            </w:r>
          </w:p>
        </w:tc>
        <w:tc>
          <w:tcPr>
            <w:tcW w:type="dxa" w:w="3312"/>
          </w:tcPr>
          <w:p>
            <w:pPr>
              <w:jc w:val="center"/>
            </w:pPr>
            <w:r>
              <w:rPr>
                <w:b/>
                <w:color w:val="166534"/>
              </w:rPr>
              <w:t>[v]</w:t>
            </w:r>
          </w:p>
        </w:tc>
        <w:tc>
          <w:tcPr>
            <w:tcW w:type="dxa" w:w="3312"/>
          </w:tcPr>
          <w:p>
            <w:pPr>
              <w:jc w:val="center"/>
            </w:pPr>
            <w:r/>
          </w:p>
        </w:tc>
      </w:tr>
      <w:tr>
        <w:tc>
          <w:tcPr>
            <w:tcW w:type="dxa" w:w="3312"/>
          </w:tcPr>
          <w:p>
            <w:r>
              <w:rPr>
                <w:sz w:val="20"/>
              </w:rPr>
              <w:t>Total susu kedelai yang dikemas dalam botol kecil adalah 525/46 liter ($\frac{525}{46}$) liter.</w:t>
            </w:r>
          </w:p>
        </w:tc>
        <w:tc>
          <w:tcPr>
            <w:tcW w:type="dxa" w:w="3312"/>
          </w:tcPr>
          <w:p>
            <w:pPr>
              <w:jc w:val="center"/>
            </w:pPr>
            <w:r/>
          </w:p>
        </w:tc>
        <w:tc>
          <w:tcPr>
            <w:tcW w:type="dxa" w:w="3312"/>
          </w:tcPr>
          <w:p>
            <w:pPr>
              <w:jc w:val="center"/>
            </w:pPr>
            <w:r>
              <w:rPr>
                <w:b/>
                <w:color w:val="991B1B"/>
              </w:rPr>
              <w:t>[v]</w:t>
            </w:r>
          </w:p>
        </w:tc>
      </w:tr>
    </w:tbl>
    <w:p>
      <w:r>
        <w:br/>
        <w:t>Pernyataan:</w:t>
        <w:br/>
        <w:t>A. Pada hari itu Pak Bondan memproduksi 43 3/4 liter ($43\frac{3}{4}$) susu kedelai.</w:t>
        <w:br/>
        <w:t>B. Setiap botol besar diisi susu kedelai sebanyak 35/46 liter ($\frac{35}{46}$) liter.</w:t>
        <w:br/>
        <w:t>C. Total susu kedelai yang dikemas dalam botol kecil adalah 525/46 liter ($\frac{525}{46}$) liter.</w:t>
        <w:br/>
        <w:br/>
      </w:r>
      <w:r>
        <w:rPr>
          <w:b/>
        </w:rPr>
        <w:t>Kunci: 1:B, 2:B, 3:S</w:t>
        <w:br/>
      </w:r>
      <w:r>
        <w:t>Pembahasan:</w:t>
        <w:br/>
        <w:t>1. Total produksi = 7 x 6 1/4 = 7 x 25/4 = 175/4 = 43 3/4 liter (BENAR).</w:t>
        <w:br/>
        <w:t>2. Misal isi botol besar = x liter, maka isi botol kecil = 0.5x liter.</w:t>
        <w:br/>
        <w:t xml:space="preserve">   Total kapasitas = 50x + 15(0.5x) = 57.5x = 115/2 x.</w:t>
        <w:br/>
        <w:t xml:space="preserve">   115/2 x = 175/4  =&gt;  x = (175/4) x (2/115) = 35/46 liter (BENAR).</w:t>
        <w:br/>
        <w:t>3. Total susu botol kecil = 15 x (0.5 x 35/46) = 525/92 liter (SALAH, di pernyataan tertulis 525/46).</w:t>
        <w:br/>
        <w:t>[/SOAL_BENAR_SALAH]</w:t>
      </w:r>
    </w:p>
    <w:p/>
    <w:p>
      <w:r>
        <w:rPr>
          <w:b/>
        </w:rPr>
        <w:t>[SOAL]</w:t>
        <w:br/>
      </w:r>
      <w:r>
        <w:rPr>
          <w:b/>
          <w:color w:val="1E3A8A"/>
        </w:rPr>
        <w:t>4. Pilihan Ganda Tunggal (Bahasa Inggris)</w:t>
        <w:br/>
      </w:r>
      <w:r>
        <w:t>Mata Pelajaran: Bahasa Inggris | Kelas: 9 SMP | Topik: Reading Comprehension | Level: Sedang</w:t>
        <w:br/>
        <w:br/>
      </w:r>
      <w:r>
        <w:t>Stimulus: Last month, SMP Al-Wildan 4 students visited the National Museum in Jakarta. They learned about prehistoric artifacts, ancient inscriptions, and traditional Indonesian cultures. Everyone was excited taking notes for their social studies assignment.</w:t>
        <w:br/>
        <w:br/>
        <w:t>What did the students do during their visit to the National Museum?</w:t>
        <w:br/>
        <w:br/>
        <w:t>A. They conducted a science experiment on plant physiology.</w:t>
        <w:br/>
        <w:t>B. They studied prehistoric artifacts and traditional Indonesian cultures.</w:t>
        <w:br/>
        <w:t>C. They practiced English debate with international students.</w:t>
        <w:br/>
        <w:t>D. They competed in a national mathematics olympiad.</w:t>
        <w:br/>
        <w:br/>
        <w:t>Kunci: B</w:t>
        <w:br/>
        <w:br/>
        <w:t>Pembahasan:</w:t>
        <w:br/>
        <w:t>Based on the second sentence, the students learned about prehistoric artifacts and traditional Indonesian cultures (Key B).</w:t>
        <w:br/>
        <w:t>[/SOAL]</w:t>
      </w:r>
    </w:p>
    <w:p/>
    <w:p>
      <w:r>
        <w:rPr>
          <w:b/>
        </w:rPr>
        <w:t>[SOAL_BENAR_SALAH]</w:t>
        <w:br/>
      </w:r>
      <w:r>
        <w:rPr>
          <w:b/>
          <w:color w:val="0F766E"/>
        </w:rPr>
        <w:t>5. Tabel Benar - Salah (IPA Sains / Percobaan Ingenhousz)</w:t>
        <w:br/>
      </w:r>
      <w:r>
        <w:t>Mata Pelajaran: IPA | Kelas: 9 SMP | Topik: Percobaan Ingenhousz &amp; Fotosintesis | Level: Sedang</w:t>
        <w:br/>
        <w:br/>
      </w:r>
      <w:r>
        <w:t>Perhatikan data hasil percobaan Ingenhousz pada tanaman Hydrilla verticillata berikut ini:</w:t>
        <w:br/>
        <w:t>- Perlakuan A (Cahaya Terang + NaHCO3): Menghasilkan gelembung gas sangat banyak.</w:t>
        <w:br/>
        <w:t>- Perlakuan B (Tempat Teduh / Gelap): Menghasilkan sedikit gelembung gas.</w:t>
        <w:br/>
        <w:t>- Perlakuan C (Cahaya Terang + Air Es / Suhu 5°C): Menghasilkan gelembung gas sangat sedikit.</w:t>
        <w:br/>
        <w:br/>
        <w:t>Tentukan Benar atau Salah untuk setiap pernyataan berikut berdasarkan data percobaan tersebut!</w:t>
      </w:r>
    </w:p>
    <w:tbl>
      <w:tblPr>
        <w:tblStyle w:val="TableGrid"/>
        <w:tblW w:type="auto" w:w="0"/>
        <w:tblLook w:firstColumn="1" w:firstRow="1" w:lastColumn="0" w:lastRow="0" w:noHBand="0" w:noVBand="1" w:val="04A0"/>
      </w:tblPr>
      <w:tblGrid>
        <w:gridCol w:w="3312"/>
        <w:gridCol w:w="3312"/>
        <w:gridCol w:w="3312"/>
      </w:tblGrid>
      <w:tr>
        <w:tc>
          <w:tcPr>
            <w:tcW w:type="dxa" w:w="3312"/>
            <w:shd w:fill="0F766E"/>
          </w:tcPr>
          <w:p>
            <w:pPr>
              <w:jc w:val="center"/>
            </w:pPr>
            <w:r>
              <w:rPr>
                <w:b/>
                <w:color w:val="FFFFFF"/>
                <w:sz w:val="20"/>
              </w:rPr>
              <w:t>Pernyataan</w:t>
            </w:r>
          </w:p>
        </w:tc>
        <w:tc>
          <w:tcPr>
            <w:tcW w:type="dxa" w:w="3312"/>
            <w:shd w:fill="0F766E"/>
          </w:tcPr>
          <w:p>
            <w:pPr>
              <w:jc w:val="center"/>
            </w:pPr>
            <w:r>
              <w:rPr>
                <w:b/>
                <w:color w:val="FFFFFF"/>
                <w:sz w:val="20"/>
              </w:rPr>
              <w:t>Benar</w:t>
            </w:r>
          </w:p>
        </w:tc>
        <w:tc>
          <w:tcPr>
            <w:tcW w:type="dxa" w:w="3312"/>
            <w:shd w:fill="0F766E"/>
          </w:tcPr>
          <w:p>
            <w:pPr>
              <w:jc w:val="center"/>
            </w:pPr>
            <w:r>
              <w:rPr>
                <w:b/>
                <w:color w:val="FFFFFF"/>
                <w:sz w:val="20"/>
              </w:rPr>
              <w:t>Salah</w:t>
            </w:r>
          </w:p>
        </w:tc>
      </w:tr>
      <w:tr>
        <w:tc>
          <w:tcPr>
            <w:tcW w:type="dxa" w:w="3312"/>
          </w:tcPr>
          <w:p>
            <w:r>
              <w:rPr>
                <w:sz w:val="20"/>
              </w:rPr>
              <w:t>Intensitas cahaya dan konsentrasi gas CO2 mempercepat laju fotosintesis.</w:t>
            </w:r>
          </w:p>
        </w:tc>
        <w:tc>
          <w:tcPr>
            <w:tcW w:type="dxa" w:w="3312"/>
          </w:tcPr>
          <w:p>
            <w:pPr>
              <w:jc w:val="center"/>
            </w:pPr>
            <w:r>
              <w:rPr>
                <w:b/>
                <w:color w:val="166534"/>
              </w:rPr>
              <w:t>[v]</w:t>
            </w:r>
          </w:p>
        </w:tc>
        <w:tc>
          <w:tcPr>
            <w:tcW w:type="dxa" w:w="3312"/>
          </w:tcPr>
          <w:p>
            <w:pPr>
              <w:jc w:val="center"/>
            </w:pPr>
            <w:r/>
          </w:p>
        </w:tc>
      </w:tr>
      <w:tr>
        <w:tc>
          <w:tcPr>
            <w:tcW w:type="dxa" w:w="3312"/>
          </w:tcPr>
          <w:p>
            <w:r>
              <w:rPr>
                <w:sz w:val="20"/>
              </w:rPr>
              <w:t>Gas yang tertampung dalam tabung reaksi pada percobaan tersebut adalah gas karbon dioksida (CO2).</w:t>
            </w:r>
          </w:p>
        </w:tc>
        <w:tc>
          <w:tcPr>
            <w:tcW w:type="dxa" w:w="3312"/>
          </w:tcPr>
          <w:p>
            <w:pPr>
              <w:jc w:val="center"/>
            </w:pPr>
            <w:r/>
          </w:p>
        </w:tc>
        <w:tc>
          <w:tcPr>
            <w:tcW w:type="dxa" w:w="3312"/>
          </w:tcPr>
          <w:p>
            <w:pPr>
              <w:jc w:val="center"/>
            </w:pPr>
            <w:r>
              <w:rPr>
                <w:b/>
                <w:color w:val="991B1B"/>
              </w:rPr>
              <w:t>[v]</w:t>
            </w:r>
          </w:p>
        </w:tc>
      </w:tr>
      <w:tr>
        <w:tc>
          <w:tcPr>
            <w:tcW w:type="dxa" w:w="3312"/>
          </w:tcPr>
          <w:p>
            <w:r>
              <w:rPr>
                <w:sz w:val="20"/>
              </w:rPr>
              <w:t>Suhu yang terlalu dingin menghambat aktivitas enzim fotosintesis sehingga produksi gas berkurang.</w:t>
            </w:r>
          </w:p>
        </w:tc>
        <w:tc>
          <w:tcPr>
            <w:tcW w:type="dxa" w:w="3312"/>
          </w:tcPr>
          <w:p>
            <w:pPr>
              <w:jc w:val="center"/>
            </w:pPr>
            <w:r>
              <w:rPr>
                <w:b/>
                <w:color w:val="166534"/>
              </w:rPr>
              <w:t>[v]</w:t>
            </w:r>
          </w:p>
        </w:tc>
        <w:tc>
          <w:tcPr>
            <w:tcW w:type="dxa" w:w="3312"/>
          </w:tcPr>
          <w:p>
            <w:pPr>
              <w:jc w:val="center"/>
            </w:pPr>
            <w:r/>
          </w:p>
        </w:tc>
      </w:tr>
    </w:tbl>
    <w:p>
      <w:r>
        <w:br/>
        <w:t>Pernyataan:</w:t>
        <w:br/>
        <w:t>A. Intensitas cahaya dan konsentrasi gas CO2 mempercepat laju fotosintesis.</w:t>
        <w:br/>
        <w:t>B. Gas yang tertampung dalam tabung reaksi pada percobaan tersebut adalah gas karbon dioksida (CO2).</w:t>
        <w:br/>
        <w:t>C. Suhu yang terlalu dingin menghambat aktivitas enzim fotosintesis sehingga produksi gas berkurang.</w:t>
        <w:br/>
        <w:br/>
      </w:r>
      <w:r>
        <w:rPr>
          <w:b/>
        </w:rPr>
        <w:t>Kunci: 1:B, 2:S, 3:B</w:t>
        <w:br/>
      </w:r>
      <w:r>
        <w:t>Pembahasan:</w:t>
        <w:br/>
        <w:t>1. Penambahan NaHCO3 menambah CO2 dan cahaya terang meningkatkan energi fotolisis -&gt; Laju fotosintesis naik (BENAR).</w:t>
        <w:br/>
        <w:t>2. Gas yang dihasilkan fotosintesis pada percobaan Ingenhousz adalah Gas Oksigen (O2), bukan CO2 (SALAH).</w:t>
        <w:br/>
        <w:t>3. Suhu rendah membekukan/memperlambat kerja enzim fotosintesis rubisco (BENAR).</w:t>
        <w:br/>
        <w:t>[/SOAL_BENAR_SALAH]</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